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DDB81" w14:textId="77777777" w:rsidR="0093035F" w:rsidRPr="00583291" w:rsidRDefault="00000000">
      <w:pPr>
        <w:pStyle w:val="Heading1"/>
        <w:rPr>
          <w:lang w:val="nl-NL"/>
        </w:rPr>
      </w:pPr>
      <w:r w:rsidRPr="00583291">
        <w:rPr>
          <w:lang w:val="nl-NL"/>
        </w:rPr>
        <w:t>Declaratieformulier – DTV Nexus</w:t>
      </w:r>
    </w:p>
    <w:p w14:paraId="266AC293" w14:textId="0100BB7B" w:rsidR="0093035F" w:rsidRPr="00583291" w:rsidRDefault="00000000">
      <w:pPr>
        <w:rPr>
          <w:lang w:val="nl-NL"/>
        </w:rPr>
      </w:pPr>
      <w:r w:rsidRPr="00583291">
        <w:rPr>
          <w:b/>
          <w:bCs/>
          <w:lang w:val="nl-NL"/>
        </w:rPr>
        <w:t>Naam:</w:t>
      </w:r>
      <w:r w:rsidRPr="00583291">
        <w:rPr>
          <w:lang w:val="nl-NL"/>
        </w:rPr>
        <w:t xml:space="preserve"> ______________________________________</w:t>
      </w:r>
    </w:p>
    <w:p w14:paraId="68B74BA7" w14:textId="42A79D00" w:rsidR="0093035F" w:rsidRPr="00583291" w:rsidRDefault="00000000">
      <w:pPr>
        <w:rPr>
          <w:lang w:val="nl-NL"/>
        </w:rPr>
      </w:pPr>
      <w:r w:rsidRPr="00583291">
        <w:rPr>
          <w:b/>
          <w:bCs/>
          <w:lang w:val="nl-NL"/>
        </w:rPr>
        <w:t>E-mailadres:</w:t>
      </w:r>
      <w:r w:rsidRPr="00583291">
        <w:rPr>
          <w:lang w:val="nl-NL"/>
        </w:rPr>
        <w:t xml:space="preserve"> _______________________________</w:t>
      </w:r>
    </w:p>
    <w:p w14:paraId="5ADE4618" w14:textId="6BE9A90A" w:rsidR="0093035F" w:rsidRPr="00583291" w:rsidRDefault="00000000">
      <w:pPr>
        <w:rPr>
          <w:lang w:val="nl-NL"/>
        </w:rPr>
      </w:pPr>
      <w:r w:rsidRPr="00583291">
        <w:rPr>
          <w:b/>
          <w:bCs/>
          <w:lang w:val="nl-NL"/>
        </w:rPr>
        <w:t>Telefoonnummer:</w:t>
      </w:r>
      <w:r w:rsidRPr="00583291">
        <w:rPr>
          <w:lang w:val="nl-NL"/>
        </w:rPr>
        <w:t xml:space="preserve"> ____________________________</w:t>
      </w:r>
    </w:p>
    <w:p w14:paraId="1C33ED4C" w14:textId="3DDA1027" w:rsidR="0093035F" w:rsidRPr="00583291" w:rsidRDefault="00000000">
      <w:pPr>
        <w:rPr>
          <w:lang w:val="nl-NL"/>
        </w:rPr>
      </w:pPr>
      <w:r w:rsidRPr="00583291">
        <w:rPr>
          <w:b/>
          <w:bCs/>
          <w:lang w:val="nl-NL"/>
        </w:rPr>
        <w:t>Datum van indiening:</w:t>
      </w:r>
      <w:r w:rsidRPr="00583291">
        <w:rPr>
          <w:lang w:val="nl-NL"/>
        </w:rPr>
        <w:t xml:space="preserve"> ___</w:t>
      </w:r>
      <w:proofErr w:type="gramStart"/>
      <w:r w:rsidRPr="00583291">
        <w:rPr>
          <w:lang w:val="nl-NL"/>
        </w:rPr>
        <w:t>_ /</w:t>
      </w:r>
      <w:proofErr w:type="gramEnd"/>
      <w:r w:rsidRPr="00583291">
        <w:rPr>
          <w:lang w:val="nl-NL"/>
        </w:rPr>
        <w:t xml:space="preserve"> ___</w:t>
      </w:r>
      <w:proofErr w:type="gramStart"/>
      <w:r w:rsidRPr="00583291">
        <w:rPr>
          <w:lang w:val="nl-NL"/>
        </w:rPr>
        <w:t>_ /</w:t>
      </w:r>
      <w:proofErr w:type="gramEnd"/>
      <w:r w:rsidRPr="00583291">
        <w:rPr>
          <w:lang w:val="nl-NL"/>
        </w:rPr>
        <w:t xml:space="preserve"> ______</w:t>
      </w:r>
    </w:p>
    <w:p w14:paraId="0F2349A4" w14:textId="47919157" w:rsidR="0093035F" w:rsidRPr="00583291" w:rsidRDefault="0093035F">
      <w:pPr>
        <w:rPr>
          <w:lang w:val="nl-NL"/>
        </w:rPr>
      </w:pPr>
    </w:p>
    <w:p w14:paraId="57CCC190" w14:textId="77777777" w:rsidR="0093035F" w:rsidRPr="00583291" w:rsidRDefault="00000000">
      <w:pPr>
        <w:pStyle w:val="Heading2"/>
        <w:rPr>
          <w:lang w:val="nl-NL"/>
        </w:rPr>
      </w:pPr>
      <w:r w:rsidRPr="00583291">
        <w:rPr>
          <w:lang w:val="nl-NL"/>
        </w:rPr>
        <w:t>Declaratiegegevens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93035F" w14:paraId="008B4025" w14:textId="77777777" w:rsidTr="0058329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A98DD" w14:textId="31AAD390" w:rsidR="0093035F" w:rsidRDefault="00000000">
            <w:r>
              <w:t>Datum</w:t>
            </w:r>
            <w:r w:rsidR="00583291">
              <w:t xml:space="preserve"> (van </w:t>
            </w:r>
            <w:proofErr w:type="spellStart"/>
            <w:r w:rsidR="00583291">
              <w:t>betalen</w:t>
            </w:r>
            <w:proofErr w:type="spellEnd"/>
            <w:r w:rsidR="00583291"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7312D" w14:textId="77777777" w:rsidR="0093035F" w:rsidRDefault="00000000">
            <w:r>
              <w:t>Omschrijving kosten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64B7D" w14:textId="77777777" w:rsidR="0093035F" w:rsidRDefault="00000000">
            <w:r>
              <w:t>Bedrag (€)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AC077" w14:textId="77777777" w:rsidR="0093035F" w:rsidRDefault="00000000">
            <w:r>
              <w:t>Betaalbewijs bijgevoegd (ja/nee)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68F11" w14:textId="77777777" w:rsidR="0093035F" w:rsidRDefault="00000000">
            <w:r>
              <w:t>Opmerkingen</w:t>
            </w:r>
          </w:p>
        </w:tc>
      </w:tr>
      <w:tr w:rsidR="00583291" w14:paraId="01D90901" w14:textId="77777777" w:rsidTr="0058329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46E1F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17927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17123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E0663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7CB8E" w14:textId="77777777" w:rsidR="00583291" w:rsidRDefault="00583291"/>
        </w:tc>
      </w:tr>
      <w:tr w:rsidR="00583291" w14:paraId="017AEAA6" w14:textId="77777777" w:rsidTr="0058329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8D957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6BD17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0F712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32D9A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95266" w14:textId="77777777" w:rsidR="00583291" w:rsidRDefault="00583291"/>
        </w:tc>
      </w:tr>
      <w:tr w:rsidR="00583291" w14:paraId="4C74B080" w14:textId="77777777" w:rsidTr="0058329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A2BE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834F6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46975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67CD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0E317" w14:textId="77777777" w:rsidR="00583291" w:rsidRDefault="00583291"/>
        </w:tc>
      </w:tr>
      <w:tr w:rsidR="00583291" w14:paraId="6E6C7F6E" w14:textId="77777777" w:rsidTr="0058329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3DD5A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F9797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76A26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01C07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02BC9" w14:textId="77777777" w:rsidR="00583291" w:rsidRDefault="00583291"/>
        </w:tc>
      </w:tr>
      <w:tr w:rsidR="00583291" w14:paraId="28AFEA61" w14:textId="77777777" w:rsidTr="0058329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18EC1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E5C40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5F0CC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38B05" w14:textId="77777777" w:rsidR="00583291" w:rsidRDefault="00583291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8E82D" w14:textId="77777777" w:rsidR="00583291" w:rsidRDefault="00583291"/>
        </w:tc>
      </w:tr>
      <w:tr w:rsidR="0093035F" w14:paraId="41271587" w14:textId="77777777" w:rsidTr="00583291">
        <w:tc>
          <w:tcPr>
            <w:tcW w:w="1728" w:type="dxa"/>
            <w:tcBorders>
              <w:top w:val="single" w:sz="4" w:space="0" w:color="auto"/>
            </w:tcBorders>
          </w:tcPr>
          <w:p w14:paraId="79286B0F" w14:textId="77777777" w:rsidR="0093035F" w:rsidRDefault="0093035F"/>
        </w:tc>
        <w:tc>
          <w:tcPr>
            <w:tcW w:w="1728" w:type="dxa"/>
            <w:tcBorders>
              <w:top w:val="single" w:sz="4" w:space="0" w:color="auto"/>
            </w:tcBorders>
          </w:tcPr>
          <w:p w14:paraId="1EA01151" w14:textId="77777777" w:rsidR="0093035F" w:rsidRDefault="0093035F"/>
        </w:tc>
        <w:tc>
          <w:tcPr>
            <w:tcW w:w="1728" w:type="dxa"/>
            <w:tcBorders>
              <w:top w:val="single" w:sz="4" w:space="0" w:color="auto"/>
            </w:tcBorders>
          </w:tcPr>
          <w:p w14:paraId="7DC520F8" w14:textId="77777777" w:rsidR="0093035F" w:rsidRDefault="0093035F"/>
        </w:tc>
        <w:tc>
          <w:tcPr>
            <w:tcW w:w="1728" w:type="dxa"/>
            <w:tcBorders>
              <w:top w:val="single" w:sz="4" w:space="0" w:color="auto"/>
            </w:tcBorders>
          </w:tcPr>
          <w:p w14:paraId="0E8ED46A" w14:textId="77777777" w:rsidR="0093035F" w:rsidRDefault="0093035F"/>
        </w:tc>
        <w:tc>
          <w:tcPr>
            <w:tcW w:w="1728" w:type="dxa"/>
            <w:tcBorders>
              <w:top w:val="single" w:sz="4" w:space="0" w:color="auto"/>
            </w:tcBorders>
          </w:tcPr>
          <w:p w14:paraId="1877A5FA" w14:textId="77777777" w:rsidR="0093035F" w:rsidRDefault="0093035F"/>
        </w:tc>
      </w:tr>
    </w:tbl>
    <w:p w14:paraId="1371AE3E" w14:textId="77777777" w:rsidR="0093035F" w:rsidRDefault="00000000">
      <w:r>
        <w:t>Totaalbedrag: € ____________________</w:t>
      </w:r>
    </w:p>
    <w:p w14:paraId="7666D575" w14:textId="77777777" w:rsidR="00583291" w:rsidRDefault="00583291">
      <w:pPr>
        <w:pStyle w:val="Heading2"/>
      </w:pPr>
    </w:p>
    <w:p w14:paraId="0B363DF8" w14:textId="277CB635" w:rsidR="0093035F" w:rsidRDefault="00000000">
      <w:pPr>
        <w:pStyle w:val="Heading2"/>
      </w:pPr>
      <w:proofErr w:type="spellStart"/>
      <w:r>
        <w:t>Betalingsgegevens</w:t>
      </w:r>
      <w:proofErr w:type="spellEnd"/>
    </w:p>
    <w:p w14:paraId="3AF40479" w14:textId="77777777" w:rsidR="0093035F" w:rsidRDefault="00000000">
      <w:r>
        <w:t>IBAN: ____________________________________</w:t>
      </w:r>
    </w:p>
    <w:p w14:paraId="3E5C6455" w14:textId="77777777" w:rsidR="0093035F" w:rsidRDefault="00000000">
      <w:r>
        <w:t>Tenaamstelling: ___________________________</w:t>
      </w:r>
    </w:p>
    <w:p w14:paraId="7981EA91" w14:textId="77777777" w:rsidR="0093035F" w:rsidRPr="00583291" w:rsidRDefault="00000000">
      <w:pPr>
        <w:rPr>
          <w:lang w:val="nl-NL"/>
        </w:rPr>
      </w:pPr>
      <w:r w:rsidRPr="00583291">
        <w:rPr>
          <w:lang w:val="nl-NL"/>
        </w:rPr>
        <w:t>Relatie tot DTV Nexus: ☐ Lid   ☐ Trainer   ☐ Vrijwilliger   ☐ Anders: ____________________</w:t>
      </w:r>
    </w:p>
    <w:p w14:paraId="3F00BDB1" w14:textId="77777777" w:rsidR="00583291" w:rsidRDefault="00583291">
      <w:pPr>
        <w:pStyle w:val="Heading2"/>
        <w:rPr>
          <w:lang w:val="nl-NL"/>
        </w:rPr>
      </w:pPr>
    </w:p>
    <w:p w14:paraId="0810A6C7" w14:textId="528B2469" w:rsidR="0093035F" w:rsidRPr="00583291" w:rsidRDefault="00000000">
      <w:pPr>
        <w:pStyle w:val="Heading2"/>
        <w:rPr>
          <w:lang w:val="nl-NL"/>
        </w:rPr>
      </w:pPr>
      <w:r w:rsidRPr="00583291">
        <w:rPr>
          <w:lang w:val="nl-NL"/>
        </w:rPr>
        <w:t>Toelichting (optioneel)</w:t>
      </w:r>
    </w:p>
    <w:p w14:paraId="01DADB91" w14:textId="77777777" w:rsidR="0093035F" w:rsidRPr="00583291" w:rsidRDefault="00000000">
      <w:pPr>
        <w:rPr>
          <w:lang w:val="nl-NL"/>
        </w:rPr>
      </w:pPr>
      <w:r w:rsidRPr="00583291">
        <w:rPr>
          <w:lang w:val="nl-NL"/>
        </w:rPr>
        <w:t>__________________________________________________________________</w:t>
      </w:r>
    </w:p>
    <w:p w14:paraId="4425F0CA" w14:textId="77777777" w:rsidR="0093035F" w:rsidRPr="00583291" w:rsidRDefault="00000000">
      <w:pPr>
        <w:rPr>
          <w:lang w:val="nl-NL"/>
        </w:rPr>
      </w:pPr>
      <w:r w:rsidRPr="00583291">
        <w:rPr>
          <w:lang w:val="nl-NL"/>
        </w:rPr>
        <w:t>__________________________________________________________________</w:t>
      </w:r>
    </w:p>
    <w:p w14:paraId="2544236E" w14:textId="77777777" w:rsidR="00E01C1F" w:rsidRDefault="00E01C1F">
      <w:pPr>
        <w:pStyle w:val="Heading2"/>
        <w:rPr>
          <w:lang w:val="nl-NL"/>
        </w:rPr>
      </w:pPr>
    </w:p>
    <w:p w14:paraId="7E93482D" w14:textId="36819BD6" w:rsidR="0093035F" w:rsidRPr="00583291" w:rsidRDefault="00000000">
      <w:pPr>
        <w:pStyle w:val="Heading2"/>
        <w:rPr>
          <w:lang w:val="nl-NL"/>
        </w:rPr>
      </w:pPr>
      <w:r w:rsidRPr="00583291">
        <w:rPr>
          <w:lang w:val="nl-NL"/>
        </w:rPr>
        <w:t>Verklaring</w:t>
      </w:r>
    </w:p>
    <w:p w14:paraId="7344F289" w14:textId="77777777" w:rsidR="0093035F" w:rsidRPr="00583291" w:rsidRDefault="00000000">
      <w:pPr>
        <w:rPr>
          <w:lang w:val="nl-NL"/>
        </w:rPr>
      </w:pPr>
      <w:r w:rsidRPr="00583291">
        <w:rPr>
          <w:lang w:val="nl-NL"/>
        </w:rPr>
        <w:t>Ik verklaar dat de bovenstaande kosten daadwerkelijk zijn gemaakt ten behoeve van DTV Nexus en dat alle bewijsstukken zijn bijgevoegd.</w:t>
      </w:r>
    </w:p>
    <w:p w14:paraId="37196C47" w14:textId="77777777" w:rsidR="0093035F" w:rsidRPr="00583291" w:rsidRDefault="00000000">
      <w:pPr>
        <w:rPr>
          <w:lang w:val="nl-NL"/>
        </w:rPr>
      </w:pPr>
      <w:r w:rsidRPr="00583291">
        <w:rPr>
          <w:lang w:val="nl-NL"/>
        </w:rPr>
        <w:t>Handtekening indiener: _________________________</w:t>
      </w:r>
    </w:p>
    <w:p w14:paraId="655BB908" w14:textId="77777777" w:rsidR="0093035F" w:rsidRPr="00583291" w:rsidRDefault="00000000">
      <w:pPr>
        <w:rPr>
          <w:lang w:val="nl-NL"/>
        </w:rPr>
      </w:pPr>
      <w:r w:rsidRPr="00583291">
        <w:rPr>
          <w:lang w:val="nl-NL"/>
        </w:rPr>
        <w:t>Datum: ___</w:t>
      </w:r>
      <w:proofErr w:type="gramStart"/>
      <w:r w:rsidRPr="00583291">
        <w:rPr>
          <w:lang w:val="nl-NL"/>
        </w:rPr>
        <w:t>_ /</w:t>
      </w:r>
      <w:proofErr w:type="gramEnd"/>
      <w:r w:rsidRPr="00583291">
        <w:rPr>
          <w:lang w:val="nl-NL"/>
        </w:rPr>
        <w:t xml:space="preserve"> ___</w:t>
      </w:r>
      <w:proofErr w:type="gramStart"/>
      <w:r w:rsidRPr="00583291">
        <w:rPr>
          <w:lang w:val="nl-NL"/>
        </w:rPr>
        <w:t>_ /</w:t>
      </w:r>
      <w:proofErr w:type="gramEnd"/>
      <w:r w:rsidRPr="00583291">
        <w:rPr>
          <w:lang w:val="nl-NL"/>
        </w:rPr>
        <w:t xml:space="preserve"> ______</w:t>
      </w:r>
    </w:p>
    <w:p w14:paraId="195432EF" w14:textId="77777777" w:rsidR="00583291" w:rsidRDefault="00583291">
      <w:pPr>
        <w:pStyle w:val="Heading2"/>
        <w:rPr>
          <w:lang w:val="nl-NL"/>
        </w:rPr>
      </w:pPr>
    </w:p>
    <w:p w14:paraId="0AD64E90" w14:textId="0182FDEE" w:rsidR="0093035F" w:rsidRPr="00583291" w:rsidRDefault="00000000">
      <w:pPr>
        <w:pStyle w:val="Heading2"/>
        <w:rPr>
          <w:lang w:val="nl-NL"/>
        </w:rPr>
      </w:pPr>
      <w:r w:rsidRPr="00583291">
        <w:rPr>
          <w:lang w:val="nl-NL"/>
        </w:rPr>
        <w:t>Voor intern gebruik (alleen door penningmeester)</w:t>
      </w:r>
    </w:p>
    <w:p w14:paraId="5A9097F1" w14:textId="77777777" w:rsidR="0093035F" w:rsidRPr="00583291" w:rsidRDefault="00000000">
      <w:pPr>
        <w:rPr>
          <w:lang w:val="nl-NL"/>
        </w:rPr>
      </w:pPr>
      <w:r w:rsidRPr="00583291">
        <w:rPr>
          <w:lang w:val="nl-NL"/>
        </w:rPr>
        <w:t>Datum ontvangen: ___</w:t>
      </w:r>
      <w:proofErr w:type="gramStart"/>
      <w:r w:rsidRPr="00583291">
        <w:rPr>
          <w:lang w:val="nl-NL"/>
        </w:rPr>
        <w:t>_ /</w:t>
      </w:r>
      <w:proofErr w:type="gramEnd"/>
      <w:r w:rsidRPr="00583291">
        <w:rPr>
          <w:lang w:val="nl-NL"/>
        </w:rPr>
        <w:t xml:space="preserve"> ___</w:t>
      </w:r>
      <w:proofErr w:type="gramStart"/>
      <w:r w:rsidRPr="00583291">
        <w:rPr>
          <w:lang w:val="nl-NL"/>
        </w:rPr>
        <w:t>_ /</w:t>
      </w:r>
      <w:proofErr w:type="gramEnd"/>
      <w:r w:rsidRPr="00583291">
        <w:rPr>
          <w:lang w:val="nl-NL"/>
        </w:rPr>
        <w:t xml:space="preserve"> ______</w:t>
      </w:r>
    </w:p>
    <w:p w14:paraId="7821EA24" w14:textId="77777777" w:rsidR="0093035F" w:rsidRPr="00583291" w:rsidRDefault="00000000">
      <w:pPr>
        <w:rPr>
          <w:lang w:val="nl-NL"/>
        </w:rPr>
      </w:pPr>
      <w:r w:rsidRPr="00583291">
        <w:rPr>
          <w:lang w:val="nl-NL"/>
        </w:rPr>
        <w:t>Goedgekeurd door: ___________________________</w:t>
      </w:r>
    </w:p>
    <w:p w14:paraId="48204F01" w14:textId="5D2FDD53" w:rsidR="0093035F" w:rsidRPr="00583291" w:rsidRDefault="00000000">
      <w:pPr>
        <w:rPr>
          <w:lang w:val="nl-NL"/>
        </w:rPr>
      </w:pPr>
      <w:r w:rsidRPr="00583291">
        <w:rPr>
          <w:lang w:val="nl-NL"/>
        </w:rPr>
        <w:t xml:space="preserve">Datum </w:t>
      </w:r>
      <w:r w:rsidR="00583291">
        <w:rPr>
          <w:lang w:val="nl-NL"/>
        </w:rPr>
        <w:t>goedkeuring</w:t>
      </w:r>
      <w:r w:rsidRPr="00583291">
        <w:rPr>
          <w:lang w:val="nl-NL"/>
        </w:rPr>
        <w:t>: ___</w:t>
      </w:r>
      <w:proofErr w:type="gramStart"/>
      <w:r w:rsidRPr="00583291">
        <w:rPr>
          <w:lang w:val="nl-NL"/>
        </w:rPr>
        <w:t>_ /</w:t>
      </w:r>
      <w:proofErr w:type="gramEnd"/>
      <w:r w:rsidRPr="00583291">
        <w:rPr>
          <w:lang w:val="nl-NL"/>
        </w:rPr>
        <w:t xml:space="preserve"> ___</w:t>
      </w:r>
      <w:proofErr w:type="gramStart"/>
      <w:r w:rsidRPr="00583291">
        <w:rPr>
          <w:lang w:val="nl-NL"/>
        </w:rPr>
        <w:t>_ /</w:t>
      </w:r>
      <w:proofErr w:type="gramEnd"/>
      <w:r w:rsidRPr="00583291">
        <w:rPr>
          <w:lang w:val="nl-NL"/>
        </w:rPr>
        <w:t xml:space="preserve"> ______</w:t>
      </w:r>
    </w:p>
    <w:sectPr w:rsidR="0093035F" w:rsidRPr="00583291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C678C" w14:textId="77777777" w:rsidR="00870C44" w:rsidRDefault="00870C44" w:rsidP="00E01C1F">
      <w:pPr>
        <w:spacing w:after="0" w:line="240" w:lineRule="auto"/>
      </w:pPr>
      <w:r>
        <w:separator/>
      </w:r>
    </w:p>
  </w:endnote>
  <w:endnote w:type="continuationSeparator" w:id="0">
    <w:p w14:paraId="51EDAAD2" w14:textId="77777777" w:rsidR="00870C44" w:rsidRDefault="00870C44" w:rsidP="00E01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FC363" w14:textId="77777777" w:rsidR="00870C44" w:rsidRDefault="00870C44" w:rsidP="00E01C1F">
      <w:pPr>
        <w:spacing w:after="0" w:line="240" w:lineRule="auto"/>
      </w:pPr>
      <w:r>
        <w:separator/>
      </w:r>
    </w:p>
  </w:footnote>
  <w:footnote w:type="continuationSeparator" w:id="0">
    <w:p w14:paraId="02952264" w14:textId="77777777" w:rsidR="00870C44" w:rsidRDefault="00870C44" w:rsidP="00E01C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1AEC7" w14:textId="37605DC6" w:rsidR="00E01C1F" w:rsidRDefault="00E01C1F">
    <w:pPr>
      <w:pStyle w:val="Header"/>
    </w:pPr>
    <w:r>
      <w:rPr>
        <w:noProof/>
      </w:rPr>
      <w:drawing>
        <wp:inline distT="0" distB="0" distL="0" distR="0" wp14:anchorId="06FA5105" wp14:editId="4EAFC125">
          <wp:extent cx="2051050" cy="612057"/>
          <wp:effectExtent l="0" t="0" r="6350" b="0"/>
          <wp:docPr id="417732480" name="Picture 1" descr="A blue and whit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7732480" name="Picture 1" descr="A blue and white logo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02274" cy="6273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29257901">
    <w:abstractNumId w:val="8"/>
  </w:num>
  <w:num w:numId="2" w16cid:durableId="1489708096">
    <w:abstractNumId w:val="6"/>
  </w:num>
  <w:num w:numId="3" w16cid:durableId="1067918391">
    <w:abstractNumId w:val="5"/>
  </w:num>
  <w:num w:numId="4" w16cid:durableId="1631591340">
    <w:abstractNumId w:val="4"/>
  </w:num>
  <w:num w:numId="5" w16cid:durableId="1830559115">
    <w:abstractNumId w:val="7"/>
  </w:num>
  <w:num w:numId="6" w16cid:durableId="1771387952">
    <w:abstractNumId w:val="3"/>
  </w:num>
  <w:num w:numId="7" w16cid:durableId="65879037">
    <w:abstractNumId w:val="2"/>
  </w:num>
  <w:num w:numId="8" w16cid:durableId="1269847936">
    <w:abstractNumId w:val="1"/>
  </w:num>
  <w:num w:numId="9" w16cid:durableId="928277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83291"/>
    <w:rsid w:val="00870C44"/>
    <w:rsid w:val="0093035F"/>
    <w:rsid w:val="00AA1D8D"/>
    <w:rsid w:val="00B47730"/>
    <w:rsid w:val="00CB0664"/>
    <w:rsid w:val="00DB44C5"/>
    <w:rsid w:val="00E01C1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79125520"/>
  <w14:defaultImageDpi w14:val="300"/>
  <w15:docId w15:val="{16853F92-AA43-4C52-B069-0A5713053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Cos Dinklo</cp:lastModifiedBy>
  <cp:revision>3</cp:revision>
  <dcterms:created xsi:type="dcterms:W3CDTF">2013-12-23T23:15:00Z</dcterms:created>
  <dcterms:modified xsi:type="dcterms:W3CDTF">2025-11-01T15:54:00Z</dcterms:modified>
  <cp:category/>
</cp:coreProperties>
</file>